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FF0" w:rsidRPr="002359BC" w:rsidRDefault="002359BC">
      <w:pPr>
        <w:spacing w:after="160"/>
        <w:jc w:val="center"/>
        <w:rPr>
          <w:lang w:val="ru-RU"/>
        </w:rPr>
      </w:pPr>
      <w:bookmarkStart w:id="0" w:name="_GoBack"/>
      <w:r w:rsidRPr="002359BC">
        <w:rPr>
          <w:b/>
          <w:lang w:val="ru-RU"/>
        </w:rPr>
        <w:t>ФОРМА ЗАЯВКИ НА УЧАСТИЕ В ЭЛЕКТРОННОМ АУКЦИОНЕ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 xml:space="preserve">Организатору аукциона — администрации муниципального образования сельское поселение </w:t>
      </w:r>
      <w:proofErr w:type="spellStart"/>
      <w:r w:rsidRPr="002359BC">
        <w:rPr>
          <w:lang w:val="ru-RU"/>
        </w:rPr>
        <w:t>Приютинский</w:t>
      </w:r>
      <w:proofErr w:type="spellEnd"/>
      <w:r w:rsidRPr="002359BC">
        <w:rPr>
          <w:lang w:val="ru-RU"/>
        </w:rPr>
        <w:t xml:space="preserve"> сельсовет Тоцкого муниципального района Оренбургской области</w:t>
      </w:r>
    </w:p>
    <w:p w:rsidR="002D7FF0" w:rsidRPr="002359BC" w:rsidRDefault="002359BC">
      <w:pPr>
        <w:spacing w:after="120"/>
        <w:jc w:val="center"/>
        <w:rPr>
          <w:lang w:val="ru-RU"/>
        </w:rPr>
      </w:pPr>
      <w:r w:rsidRPr="002359BC">
        <w:rPr>
          <w:b/>
          <w:lang w:val="ru-RU"/>
        </w:rPr>
        <w:t>ЗАЯВКА</w:t>
      </w:r>
    </w:p>
    <w:p w:rsidR="00032946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 xml:space="preserve">на участие в электронном аукционе на право заключения договора аренды земельного участка, извещение </w:t>
      </w:r>
      <w:proofErr w:type="gramStart"/>
      <w:r w:rsidRPr="002359BC">
        <w:rPr>
          <w:lang w:val="ru-RU"/>
        </w:rPr>
        <w:t>о проведении</w:t>
      </w:r>
      <w:proofErr w:type="gramEnd"/>
      <w:r w:rsidRPr="002359BC">
        <w:rPr>
          <w:lang w:val="ru-RU"/>
        </w:rPr>
        <w:t xml:space="preserve"> которого размещено на официальном сайте </w:t>
      </w:r>
      <w:r>
        <w:t>www</w:t>
      </w:r>
      <w:r w:rsidRPr="002359BC">
        <w:rPr>
          <w:lang w:val="ru-RU"/>
        </w:rPr>
        <w:t>.</w:t>
      </w:r>
      <w:proofErr w:type="spellStart"/>
      <w:r>
        <w:t>torgi</w:t>
      </w:r>
      <w:proofErr w:type="spellEnd"/>
      <w:r w:rsidRPr="002359BC">
        <w:rPr>
          <w:lang w:val="ru-RU"/>
        </w:rPr>
        <w:t>.</w:t>
      </w:r>
      <w:proofErr w:type="spellStart"/>
      <w:r>
        <w:t>gov</w:t>
      </w:r>
      <w:proofErr w:type="spellEnd"/>
      <w:r w:rsidRPr="002359BC">
        <w:rPr>
          <w:lang w:val="ru-RU"/>
        </w:rPr>
        <w:t>.</w:t>
      </w:r>
      <w:proofErr w:type="spellStart"/>
      <w:r>
        <w:t>ru</w:t>
      </w:r>
      <w:proofErr w:type="spellEnd"/>
      <w:r w:rsidRPr="002359BC">
        <w:rPr>
          <w:lang w:val="ru-RU"/>
        </w:rPr>
        <w:t xml:space="preserve"> 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Заявитель: ___________________________________________________________________ (для юридического лица — полное и сокращенное наименование, организационно-правовая форма; для физического лица и индивидуального предпринимателя — фамилия, имя, отчество полностью).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В лице: ______________________________________________________________________ (должность, Ф.И.О. руководителя или уполномоченного лица), действующего на основании: ______________________________________ (устав, положение, доверенность и т.д.).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Паспортные данные (для физического лица, индивидуального предпринимателя): серия ______ № ________, дата выдачи «___» __________ _______ г., кем выдан ______________________________.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Адрес места жительства (регистрации) / юридический адрес: ______________________________________.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Почтовый адрес для корреспонденции: ______________________________________. Адрес электронной почты: ______________________. Контактный телефон: ______________________. ИНН: ____________, ОГРН (ОГРНИП): ____________.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Банковские реквизиты счета для возврата задатка: наименование банка ______________________, БИК ____________, расчетный счет ______________________, корреспондентский счет ______________________.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 xml:space="preserve">принял решение об участии в электронном аукционе на право заключения договора аренды земельного участка (лота № ______), с кадастровым номером ______________________, площадью ______________ </w:t>
      </w:r>
      <w:proofErr w:type="spellStart"/>
      <w:proofErr w:type="gramStart"/>
      <w:r w:rsidRPr="002359BC">
        <w:rPr>
          <w:lang w:val="ru-RU"/>
        </w:rPr>
        <w:t>кв.м</w:t>
      </w:r>
      <w:proofErr w:type="spellEnd"/>
      <w:proofErr w:type="gramEnd"/>
      <w:r w:rsidRPr="002359BC">
        <w:rPr>
          <w:lang w:val="ru-RU"/>
        </w:rPr>
        <w:t>, категория земель — земли сельскохозяйственного назначения, разрешенное использование — для сельскохозяйственного использования, местоположение: Оренбургская область, Тоцкий район.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1. Заявитель обязуется соблюдать условия и порядок проведения электронного аукциона, содержащиеся в извещении о проведении электронного аукциона и регламенте электронной площадки.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lastRenderedPageBreak/>
        <w:t>2. В случае признания победителем аукциона или единственным участником аукциона заявитель обязуется заключить договор аренды земельного участка в установленный срок и уплачивать арендную плату в размере и в сроки, определенные договором.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3. Заявитель подтверждает, что ознакомлен с проектом договора аренды и сведениями о земельном участке.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Приложения к заявке: ______________________________________________________.</w:t>
      </w:r>
    </w:p>
    <w:p w:rsidR="002D7FF0" w:rsidRPr="002359BC" w:rsidRDefault="002359BC">
      <w:pPr>
        <w:spacing w:after="120"/>
        <w:ind w:firstLine="709"/>
        <w:jc w:val="both"/>
        <w:rPr>
          <w:lang w:val="ru-RU"/>
        </w:rPr>
      </w:pPr>
      <w:r w:rsidRPr="002359BC">
        <w:rPr>
          <w:lang w:val="ru-RU"/>
        </w:rPr>
        <w:t>Даю согласие на обработку персональных данных в соответствии с Федеральным законом от 27.07.2006 № 152-ФЗ «О персональных данных».</w:t>
      </w:r>
    </w:p>
    <w:p w:rsidR="002D7FF0" w:rsidRPr="002359BC" w:rsidRDefault="002D7FF0">
      <w:pPr>
        <w:rPr>
          <w:lang w:val="ru-RU"/>
        </w:rPr>
      </w:pPr>
    </w:p>
    <w:p w:rsidR="002D7FF0" w:rsidRPr="002359BC" w:rsidRDefault="002359BC">
      <w:pPr>
        <w:spacing w:after="40"/>
        <w:rPr>
          <w:lang w:val="ru-RU"/>
        </w:rPr>
      </w:pPr>
      <w:r w:rsidRPr="002359BC">
        <w:rPr>
          <w:lang w:val="ru-RU"/>
        </w:rPr>
        <w:t>Заявитель: ____________________ / ______________________ /</w:t>
      </w:r>
    </w:p>
    <w:p w:rsidR="002D7FF0" w:rsidRPr="002359BC" w:rsidRDefault="002359BC">
      <w:pPr>
        <w:spacing w:after="0"/>
        <w:rPr>
          <w:lang w:val="ru-RU"/>
        </w:rPr>
      </w:pPr>
      <w:r w:rsidRPr="002359BC">
        <w:rPr>
          <w:lang w:val="ru-RU"/>
        </w:rPr>
        <w:t>«___» __________ 2026 г.                                                                   М.П. (при наличии)</w:t>
      </w:r>
      <w:bookmarkEnd w:id="0"/>
    </w:p>
    <w:sectPr w:rsidR="002D7FF0" w:rsidRPr="002359B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946"/>
    <w:rsid w:val="00034616"/>
    <w:rsid w:val="0006063C"/>
    <w:rsid w:val="0015074B"/>
    <w:rsid w:val="002359BC"/>
    <w:rsid w:val="0029639D"/>
    <w:rsid w:val="002D7FF0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3CDE6"/>
  <w14:defaultImageDpi w14:val="300"/>
  <w15:docId w15:val="{31CAF8AF-8597-4932-94FC-990F7183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764EC7-787C-4CAA-AA7C-3E7795EE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 Windows</cp:lastModifiedBy>
  <cp:revision>5</cp:revision>
  <dcterms:created xsi:type="dcterms:W3CDTF">2013-12-23T23:15:00Z</dcterms:created>
  <dcterms:modified xsi:type="dcterms:W3CDTF">2026-10-07T06:41:00Z</dcterms:modified>
  <cp:category/>
</cp:coreProperties>
</file>